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67E05" w14:textId="77777777" w:rsidR="00EC592D" w:rsidRDefault="00924CE0">
      <w:pPr>
        <w:pStyle w:val="Titolo"/>
        <w:jc w:val="center"/>
      </w:pPr>
      <w:r>
        <w:t>Template Mappatura Processo</w:t>
      </w:r>
    </w:p>
    <w:p w14:paraId="19BD2883" w14:textId="77777777" w:rsidR="00EC592D" w:rsidRDefault="00924CE0">
      <w:pPr>
        <w:jc w:val="center"/>
      </w:pPr>
      <w:r>
        <w:rPr>
          <w:i/>
          <w:color w:val="555555"/>
          <w:sz w:val="20"/>
        </w:rPr>
        <w:t>Input, attività, responsabili, tempi, criticità e output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49"/>
      </w:tblGrid>
      <w:tr w:rsidR="00EC592D" w14:paraId="770B5740" w14:textId="77777777">
        <w:tc>
          <w:tcPr>
            <w:tcW w:w="9749" w:type="dxa"/>
            <w:shd w:val="clear" w:color="auto" w:fill="F2F4F7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7E0E5" w14:textId="77777777" w:rsidR="00EC592D" w:rsidRDefault="00924CE0">
            <w:r>
              <w:rPr>
                <w:b/>
                <w:color w:val="1F4D78"/>
              </w:rPr>
              <w:t xml:space="preserve">Istruzioni d'uso. </w:t>
            </w:r>
            <w:r>
              <w:t xml:space="preserve">Usare questo modello per descrivere un processo ricorrente dello studio. Non cercare la perfezione: l'obiettivo è rendere visibile chi fa cosa, in </w:t>
            </w:r>
            <w:r>
              <w:t>quale sequenza, con quali tempi e quale output finale.</w:t>
            </w:r>
          </w:p>
        </w:tc>
      </w:tr>
    </w:tbl>
    <w:p w14:paraId="091F3CF2" w14:textId="77777777" w:rsidR="00EC592D" w:rsidRDefault="00924CE0">
      <w:pPr>
        <w:pStyle w:val="Titolo1"/>
      </w:pPr>
      <w:r>
        <w:t>Intestazione processo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63"/>
        <w:gridCol w:w="3038"/>
        <w:gridCol w:w="1934"/>
        <w:gridCol w:w="3054"/>
      </w:tblGrid>
      <w:tr w:rsidR="00EC592D" w14:paraId="15B048AB" w14:textId="77777777"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71CBC9" w14:textId="77777777" w:rsidR="00EC592D" w:rsidRDefault="00924CE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A39684" w14:textId="77777777" w:rsidR="00EC592D" w:rsidRDefault="00924CE0">
            <w:r>
              <w:rPr>
                <w:b/>
                <w:color w:val="1F4D78"/>
              </w:rPr>
              <w:t>Valore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D21E25" w14:textId="77777777" w:rsidR="00EC592D" w:rsidRDefault="00924CE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DB4344" w14:textId="77777777" w:rsidR="00EC592D" w:rsidRDefault="00924CE0">
            <w:r>
              <w:rPr>
                <w:b/>
                <w:color w:val="1F4D78"/>
              </w:rPr>
              <w:t>Valore</w:t>
            </w:r>
          </w:p>
        </w:tc>
      </w:tr>
      <w:tr w:rsidR="00EC592D" w14:paraId="2C2391C0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E08E1B" w14:textId="77777777" w:rsidR="00EC592D" w:rsidRDefault="00924CE0">
            <w:r>
              <w:t>Processo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B86E50" w14:textId="77777777" w:rsidR="00EC592D" w:rsidRDefault="00924CE0">
            <w:r>
              <w:t>[Nome del processo]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6CB7FF" w14:textId="77777777" w:rsidR="00EC592D" w:rsidRDefault="00924CE0">
            <w:r>
              <w:t>Data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DB8FAC" w14:textId="77777777" w:rsidR="00EC592D" w:rsidRDefault="00924CE0">
            <w:r>
              <w:t>[GG/MM/AAAA]</w:t>
            </w:r>
          </w:p>
        </w:tc>
      </w:tr>
      <w:tr w:rsidR="00EC592D" w14:paraId="1F82CFD0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9B4B8A" w14:textId="77777777" w:rsidR="00EC592D" w:rsidRDefault="00924CE0">
            <w:r>
              <w:t>Competente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ADD057" w14:textId="77777777" w:rsidR="00EC592D" w:rsidRDefault="00924CE0">
            <w:r>
              <w:t>[Responsabile del processo]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1E5FF7" w14:textId="77777777" w:rsidR="00EC592D" w:rsidRDefault="00924CE0">
            <w:r>
              <w:t>Cliente / Pratica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544FB6" w14:textId="77777777" w:rsidR="00EC592D" w:rsidRDefault="00924CE0">
            <w:r>
              <w:t>[Se applicabile]</w:t>
            </w:r>
          </w:p>
        </w:tc>
      </w:tr>
      <w:tr w:rsidR="00EC592D" w14:paraId="416A9DCB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6B181B" w14:textId="77777777" w:rsidR="00EC592D" w:rsidRDefault="00924CE0">
            <w:r>
              <w:t>Data inizio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88B0D4" w14:textId="77777777" w:rsidR="00EC592D" w:rsidRDefault="00924CE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F499F1" w14:textId="77777777" w:rsidR="00EC592D" w:rsidRDefault="00924CE0">
            <w:r>
              <w:t>Data fine prevista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2A617" w14:textId="77777777" w:rsidR="00EC592D" w:rsidRDefault="00924CE0">
            <w:r>
              <w:t>__________</w:t>
            </w:r>
          </w:p>
        </w:tc>
      </w:tr>
    </w:tbl>
    <w:p w14:paraId="32343BA1" w14:textId="77777777" w:rsidR="00EC592D" w:rsidRDefault="00924CE0">
      <w:pPr>
        <w:pStyle w:val="Titolo1"/>
      </w:pPr>
      <w:r>
        <w:t>Input e output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95"/>
        <w:gridCol w:w="4994"/>
      </w:tblGrid>
      <w:tr w:rsidR="00EC592D" w14:paraId="39CEB13B" w14:textId="77777777">
        <w:tc>
          <w:tcPr>
            <w:tcW w:w="504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E062E3" w14:textId="77777777" w:rsidR="00EC592D" w:rsidRDefault="00924CE0">
            <w:r>
              <w:rPr>
                <w:b/>
                <w:color w:val="1F4D78"/>
              </w:rPr>
              <w:t>Input</w:t>
            </w:r>
          </w:p>
        </w:tc>
        <w:tc>
          <w:tcPr>
            <w:tcW w:w="504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3E584F" w14:textId="77777777" w:rsidR="00EC592D" w:rsidRDefault="00924CE0">
            <w:r>
              <w:rPr>
                <w:b/>
                <w:color w:val="1F4D78"/>
              </w:rPr>
              <w:t>Output atteso</w:t>
            </w:r>
          </w:p>
        </w:tc>
      </w:tr>
      <w:tr w:rsidR="00EC592D" w14:paraId="397B17B5" w14:textId="77777777">
        <w:tc>
          <w:tcPr>
            <w:tcW w:w="50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71F8E1" w14:textId="77777777" w:rsidR="00EC592D" w:rsidRDefault="00924CE0">
            <w:r>
              <w:t>Documenti cliente / dati di sistema / altro: ________________________________</w:t>
            </w:r>
          </w:p>
        </w:tc>
        <w:tc>
          <w:tcPr>
            <w:tcW w:w="50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659E6A" w14:textId="77777777" w:rsidR="00EC592D" w:rsidRDefault="00924CE0">
            <w:r>
              <w:t xml:space="preserve">Bilancio / dichiarazione / consulenza / altro: </w:t>
            </w:r>
            <w:r>
              <w:t>________________________________</w:t>
            </w:r>
          </w:p>
        </w:tc>
      </w:tr>
      <w:tr w:rsidR="00EC592D" w14:paraId="4F70F28C" w14:textId="77777777">
        <w:tc>
          <w:tcPr>
            <w:tcW w:w="50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49545E" w14:textId="77777777" w:rsidR="00EC592D" w:rsidRDefault="00924CE0">
            <w:r>
              <w:t>Fonte dei dati: ________________________________</w:t>
            </w:r>
          </w:p>
        </w:tc>
        <w:tc>
          <w:tcPr>
            <w:tcW w:w="50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367D48" w14:textId="77777777" w:rsidR="00EC592D" w:rsidRDefault="00924CE0">
            <w:r>
              <w:t>Criterio di completamento: ________________________________</w:t>
            </w:r>
          </w:p>
        </w:tc>
      </w:tr>
    </w:tbl>
    <w:p w14:paraId="3B15B1F6" w14:textId="77777777" w:rsidR="00EC592D" w:rsidRDefault="00924CE0">
      <w:pPr>
        <w:pStyle w:val="Titolo1"/>
      </w:pPr>
      <w:r>
        <w:t>Mappatura delle attività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0"/>
        <w:gridCol w:w="3978"/>
        <w:gridCol w:w="1736"/>
        <w:gridCol w:w="988"/>
        <w:gridCol w:w="2857"/>
      </w:tblGrid>
      <w:tr w:rsidR="00EC592D" w14:paraId="171B7D79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5900AF" w14:textId="77777777" w:rsidR="00EC592D" w:rsidRDefault="00924CE0">
            <w:r>
              <w:rPr>
                <w:b/>
                <w:color w:val="1F4D78"/>
              </w:rPr>
              <w:t>#</w:t>
            </w:r>
          </w:p>
        </w:tc>
        <w:tc>
          <w:tcPr>
            <w:tcW w:w="388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7C1D01" w14:textId="77777777" w:rsidR="00EC592D" w:rsidRDefault="00924CE0">
            <w:r>
              <w:rPr>
                <w:b/>
                <w:color w:val="1F4D78"/>
              </w:rPr>
              <w:t>Attività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718AA0" w14:textId="77777777" w:rsidR="00EC592D" w:rsidRDefault="00924CE0">
            <w:r>
              <w:rPr>
                <w:b/>
                <w:color w:val="1F4D78"/>
              </w:rPr>
              <w:t>Responsabile (chi)</w:t>
            </w:r>
          </w:p>
        </w:tc>
        <w:tc>
          <w:tcPr>
            <w:tcW w:w="144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DFFF1B" w14:textId="77777777" w:rsidR="00EC592D" w:rsidRDefault="00924CE0">
            <w:r>
              <w:rPr>
                <w:b/>
                <w:color w:val="1F4D78"/>
              </w:rPr>
              <w:t>Tempo stimato</w:t>
            </w:r>
          </w:p>
        </w:tc>
        <w:tc>
          <w:tcPr>
            <w:tcW w:w="28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4A86A1" w14:textId="77777777" w:rsidR="00EC592D" w:rsidRDefault="00924CE0">
            <w:r>
              <w:rPr>
                <w:b/>
                <w:color w:val="1F4D78"/>
              </w:rPr>
              <w:t>Output / note</w:t>
            </w:r>
          </w:p>
        </w:tc>
      </w:tr>
      <w:tr w:rsidR="00EC592D" w14:paraId="47916019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A93A2A" w14:textId="77777777" w:rsidR="00EC592D" w:rsidRDefault="00924CE0">
            <w:r>
              <w:t>1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29215E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F1F142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C15035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2EFC4A" w14:textId="77777777" w:rsidR="00EC592D" w:rsidRDefault="00924CE0">
            <w:r>
              <w:t>____________________________</w:t>
            </w:r>
          </w:p>
        </w:tc>
      </w:tr>
      <w:tr w:rsidR="00EC592D" w14:paraId="6D87AB41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208848" w14:textId="77777777" w:rsidR="00EC592D" w:rsidRDefault="00924CE0">
            <w:r>
              <w:t>2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190CE6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1085C1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E831C6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CA7217" w14:textId="77777777" w:rsidR="00EC592D" w:rsidRDefault="00924CE0">
            <w:r>
              <w:t>____________________________</w:t>
            </w:r>
          </w:p>
        </w:tc>
      </w:tr>
      <w:tr w:rsidR="00EC592D" w14:paraId="7040DC93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C1C0B9" w14:textId="77777777" w:rsidR="00EC592D" w:rsidRDefault="00924CE0">
            <w:r>
              <w:t>3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0B2019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DB1CFA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F357A4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7630F4" w14:textId="77777777" w:rsidR="00EC592D" w:rsidRDefault="00924CE0">
            <w:r>
              <w:t>____________________________</w:t>
            </w:r>
          </w:p>
        </w:tc>
      </w:tr>
      <w:tr w:rsidR="00EC592D" w14:paraId="5D1A0152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5AEEBD" w14:textId="77777777" w:rsidR="00EC592D" w:rsidRDefault="00924CE0">
            <w:r>
              <w:t>4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857B89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E11D6B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328C3C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3A7EAA" w14:textId="77777777" w:rsidR="00EC592D" w:rsidRDefault="00924CE0">
            <w:r>
              <w:t>____________________________</w:t>
            </w:r>
          </w:p>
        </w:tc>
      </w:tr>
      <w:tr w:rsidR="00EC592D" w14:paraId="6A65A624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B17E28" w14:textId="77777777" w:rsidR="00EC592D" w:rsidRDefault="00924CE0">
            <w:r>
              <w:t>5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41966E" w14:textId="77777777" w:rsidR="00EC592D" w:rsidRDefault="00924CE0">
            <w:r>
              <w:t>___________________________________</w:t>
            </w:r>
            <w:r>
              <w:lastRenderedPageBreak/>
              <w:t>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34C1E5" w14:textId="77777777" w:rsidR="00EC592D" w:rsidRDefault="00924CE0">
            <w:r>
              <w:lastRenderedPageBreak/>
              <w:t>______________</w:t>
            </w:r>
            <w:r>
              <w:lastRenderedPageBreak/>
              <w:t>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FF300E" w14:textId="77777777" w:rsidR="00EC592D" w:rsidRDefault="00924CE0">
            <w:r>
              <w:lastRenderedPageBreak/>
              <w:t>_______</w:t>
            </w:r>
            <w:r>
              <w:lastRenderedPageBreak/>
              <w:t>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E355F6" w14:textId="77777777" w:rsidR="00EC592D" w:rsidRDefault="00924CE0">
            <w:r>
              <w:lastRenderedPageBreak/>
              <w:t>_________________________</w:t>
            </w:r>
            <w:r>
              <w:lastRenderedPageBreak/>
              <w:t>___</w:t>
            </w:r>
          </w:p>
        </w:tc>
      </w:tr>
      <w:tr w:rsidR="00EC592D" w14:paraId="58069226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A3A2DF" w14:textId="77777777" w:rsidR="00EC592D" w:rsidRDefault="00924CE0">
            <w:r>
              <w:lastRenderedPageBreak/>
              <w:t>6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AC1F27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33E25A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7F5F9A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8366AA" w14:textId="77777777" w:rsidR="00EC592D" w:rsidRDefault="00924CE0">
            <w:r>
              <w:t>____________________________</w:t>
            </w:r>
          </w:p>
        </w:tc>
      </w:tr>
      <w:tr w:rsidR="00EC592D" w14:paraId="6928872E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21A887" w14:textId="77777777" w:rsidR="00EC592D" w:rsidRDefault="00924CE0">
            <w:r>
              <w:t>7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4B0C07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1918DF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DC02EC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68DE65" w14:textId="77777777" w:rsidR="00EC592D" w:rsidRDefault="00924CE0">
            <w:r>
              <w:t>____________________________</w:t>
            </w:r>
          </w:p>
        </w:tc>
      </w:tr>
      <w:tr w:rsidR="00EC592D" w14:paraId="48EB6F26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D6DC48" w14:textId="77777777" w:rsidR="00EC592D" w:rsidRDefault="00924CE0">
            <w:r>
              <w:t>8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CD9791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3C4E3F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2A60C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F8E80F" w14:textId="77777777" w:rsidR="00EC592D" w:rsidRDefault="00924CE0">
            <w:r>
              <w:t>____________________________</w:t>
            </w:r>
          </w:p>
        </w:tc>
      </w:tr>
      <w:tr w:rsidR="00EC592D" w14:paraId="7F4C850B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3EDA2" w14:textId="77777777" w:rsidR="00EC592D" w:rsidRDefault="00924CE0">
            <w:r>
              <w:t>9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9017C0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EBE78F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1F2560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E9B833" w14:textId="77777777" w:rsidR="00EC592D" w:rsidRDefault="00924CE0">
            <w:r>
              <w:t>____________________________</w:t>
            </w:r>
          </w:p>
        </w:tc>
      </w:tr>
      <w:tr w:rsidR="00EC592D" w14:paraId="0639B4B5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8F567" w14:textId="77777777" w:rsidR="00EC592D" w:rsidRDefault="00924CE0">
            <w:r>
              <w:t>10</w:t>
            </w:r>
          </w:p>
        </w:tc>
        <w:tc>
          <w:tcPr>
            <w:tcW w:w="388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0B3461" w14:textId="77777777" w:rsidR="00EC592D" w:rsidRDefault="00924CE0">
            <w:r>
              <w:t>________________________________________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E53D69" w14:textId="77777777" w:rsidR="00EC592D" w:rsidRDefault="00924CE0">
            <w:r>
              <w:t>________________</w:t>
            </w:r>
          </w:p>
        </w:tc>
        <w:tc>
          <w:tcPr>
            <w:tcW w:w="144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71CC9F" w14:textId="77777777" w:rsidR="00EC592D" w:rsidRDefault="00924CE0">
            <w:r>
              <w:t>________</w:t>
            </w:r>
          </w:p>
        </w:tc>
        <w:tc>
          <w:tcPr>
            <w:tcW w:w="28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C3C3C2" w14:textId="77777777" w:rsidR="00EC592D" w:rsidRDefault="00924CE0">
            <w:r>
              <w:t>____________________________</w:t>
            </w:r>
          </w:p>
        </w:tc>
      </w:tr>
    </w:tbl>
    <w:p w14:paraId="6ED64550" w14:textId="77777777" w:rsidR="00EC592D" w:rsidRDefault="00924CE0">
      <w:pPr>
        <w:pStyle w:val="Titolo1"/>
      </w:pPr>
      <w:r>
        <w:t>Criticità attuali</w:t>
      </w:r>
    </w:p>
    <w:p w14:paraId="2D2E0BCB" w14:textId="77777777" w:rsidR="00EC592D" w:rsidRDefault="00924CE0">
      <w:r>
        <w:t xml:space="preserve">Descrivere ostacoli, colli di bottiglia, ritardi, duplicazioni, errori o incertezze </w:t>
      </w:r>
      <w:r>
        <w:t>ricorrenti.</w:t>
      </w:r>
    </w:p>
    <w:p w14:paraId="5A873CCB" w14:textId="77777777" w:rsidR="00EC592D" w:rsidRDefault="00924CE0">
      <w:r>
        <w:t>________________________________________________________________________________</w:t>
      </w:r>
    </w:p>
    <w:p w14:paraId="11340D9E" w14:textId="77777777" w:rsidR="00EC592D" w:rsidRDefault="00924CE0">
      <w:r>
        <w:t>________________________________________________________________________________</w:t>
      </w:r>
    </w:p>
    <w:p w14:paraId="14FB2005" w14:textId="77777777" w:rsidR="00EC592D" w:rsidRDefault="00924CE0">
      <w:r>
        <w:t>________________________________________________________________________________</w:t>
      </w:r>
    </w:p>
    <w:p w14:paraId="01082D72" w14:textId="77777777" w:rsidR="00EC592D" w:rsidRDefault="00924CE0">
      <w:r>
        <w:t>_</w:t>
      </w:r>
      <w:r>
        <w:t>_______________________________________________________________________________</w:t>
      </w:r>
    </w:p>
    <w:p w14:paraId="31C428C9" w14:textId="77777777" w:rsidR="00EC592D" w:rsidRDefault="00924CE0">
      <w:pPr>
        <w:pStyle w:val="Titolo1"/>
      </w:pPr>
      <w:r>
        <w:t>Miglioramento ideale</w:t>
      </w:r>
    </w:p>
    <w:p w14:paraId="4D5D6D9A" w14:textId="77777777" w:rsidR="00EC592D" w:rsidRDefault="00924CE0">
      <w:r>
        <w:t>Se poteste cambiare una sola cosa in questo processo, quale sarebbe?</w:t>
      </w:r>
    </w:p>
    <w:p w14:paraId="14429656" w14:textId="77777777" w:rsidR="00EC592D" w:rsidRDefault="00924CE0">
      <w:r>
        <w:t>________________________________________________________________________________</w:t>
      </w:r>
    </w:p>
    <w:p w14:paraId="598E13E4" w14:textId="77777777" w:rsidR="00EC592D" w:rsidRDefault="00924CE0">
      <w:r>
        <w:t>_____</w:t>
      </w:r>
      <w:r>
        <w:t>___________________________________________________________________________</w:t>
      </w:r>
    </w:p>
    <w:p w14:paraId="3A9E09F0" w14:textId="77777777" w:rsidR="00EC592D" w:rsidRDefault="00924CE0">
      <w:r>
        <w:t>________________________________________________________________________________</w:t>
      </w:r>
    </w:p>
    <w:sectPr w:rsidR="00EC592D" w:rsidSect="00034616">
      <w:pgSz w:w="11909" w:h="16834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24CE0"/>
    <w:rsid w:val="00AA1D8D"/>
    <w:rsid w:val="00B47730"/>
    <w:rsid w:val="00CB0664"/>
    <w:rsid w:val="00EC59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83F0F7"/>
  <w14:defaultImageDpi w14:val="300"/>
  <w15:docId w15:val="{E59AD2B2-A09D-4337-9001-F404E9BF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83" w:lineRule="auto"/>
    </w:pPr>
    <w:rPr>
      <w:rFonts w:ascii="Calibri" w:hAnsi="Calibri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color w:val="1F4D78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D78"/>
      <w:sz w:val="25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3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D78"/>
      <w:spacing w:val="5"/>
      <w:kern w:val="28"/>
      <w:sz w:val="4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Ordine</cp:lastModifiedBy>
  <cp:revision>2</cp:revision>
  <dcterms:created xsi:type="dcterms:W3CDTF">2026-06-11T07:19:00Z</dcterms:created>
  <dcterms:modified xsi:type="dcterms:W3CDTF">2026-06-11T07:19:00Z</dcterms:modified>
  <cp:category/>
</cp:coreProperties>
</file>