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F267" w14:textId="77777777" w:rsidR="00CC0344" w:rsidRPr="006D0D3D" w:rsidRDefault="00000000">
      <w:pPr>
        <w:pStyle w:val="Titolo"/>
        <w:jc w:val="center"/>
        <w:rPr>
          <w:lang w:val="it-IT"/>
        </w:rPr>
      </w:pPr>
      <w:r w:rsidRPr="006D0D3D">
        <w:rPr>
          <w:lang w:val="it-IT"/>
        </w:rPr>
        <w:t>Checklist Chiusura Bilancio</w:t>
      </w:r>
    </w:p>
    <w:p w14:paraId="69381249" w14:textId="77777777" w:rsidR="00CC0344" w:rsidRPr="006D0D3D" w:rsidRDefault="00000000">
      <w:pPr>
        <w:jc w:val="center"/>
        <w:rPr>
          <w:lang w:val="it-IT"/>
        </w:rPr>
      </w:pPr>
      <w:r w:rsidRPr="006D0D3D">
        <w:rPr>
          <w:i/>
          <w:color w:val="555555"/>
          <w:sz w:val="20"/>
          <w:lang w:val="it-IT"/>
        </w:rPr>
        <w:t>Esempio operativo modificabile per la chiusura di bilancio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55"/>
        <w:gridCol w:w="3128"/>
        <w:gridCol w:w="1918"/>
        <w:gridCol w:w="2988"/>
      </w:tblGrid>
      <w:tr w:rsidR="00CC0344" w:rsidRPr="006D0D3D" w14:paraId="700485CD" w14:textId="77777777">
        <w:tc>
          <w:tcPr>
            <w:tcW w:w="9749" w:type="dxa"/>
            <w:gridSpan w:val="4"/>
            <w:shd w:val="clear" w:color="auto" w:fill="F2F4F7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2758E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b/>
                <w:color w:val="1F4D78"/>
                <w:lang w:val="it-IT"/>
              </w:rPr>
              <w:t xml:space="preserve">Istruzioni d'uso. </w:t>
            </w:r>
            <w:r w:rsidRPr="006D0D3D">
              <w:rPr>
                <w:lang w:val="it-IT"/>
              </w:rPr>
              <w:t>Usare la checklist come strumento di controllo qualità. Ogni fase deve avere un responsabile, una data e una traccia di completamento. Una checklist snella e realmente utilizzata vale più di un manuale lungo e ignorato.</w:t>
            </w:r>
          </w:p>
        </w:tc>
      </w:tr>
      <w:tr w:rsidR="00CC0344" w14:paraId="71B5D36A" w14:textId="77777777"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8DF2AB" w14:textId="77777777" w:rsidR="00CC0344" w:rsidRDefault="00000000">
            <w:r>
              <w:rPr>
                <w:b/>
                <w:color w:val="1F4D78"/>
              </w:rPr>
              <w:t>Campo</w:t>
            </w:r>
          </w:p>
        </w:tc>
        <w:tc>
          <w:tcPr>
            <w:tcW w:w="316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A38B38" w14:textId="77777777" w:rsidR="00CC0344" w:rsidRDefault="00000000">
            <w:r>
              <w:rPr>
                <w:b/>
                <w:color w:val="1F4D78"/>
              </w:rPr>
              <w:t>Valore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20E259" w14:textId="77777777" w:rsidR="00CC0344" w:rsidRDefault="00000000">
            <w:r>
              <w:rPr>
                <w:b/>
                <w:color w:val="1F4D78"/>
              </w:rPr>
              <w:t>Campo</w:t>
            </w:r>
          </w:p>
        </w:tc>
        <w:tc>
          <w:tcPr>
            <w:tcW w:w="316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9845AD" w14:textId="77777777" w:rsidR="00CC0344" w:rsidRDefault="00000000">
            <w:r>
              <w:rPr>
                <w:b/>
                <w:color w:val="1F4D78"/>
              </w:rPr>
              <w:t>Valore</w:t>
            </w:r>
          </w:p>
        </w:tc>
      </w:tr>
      <w:tr w:rsidR="00CC0344" w14:paraId="5B414D7A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7C73FB" w14:textId="77777777" w:rsidR="00CC0344" w:rsidRDefault="00000000">
            <w:r>
              <w:t>Cliente / Società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7A425F" w14:textId="77777777" w:rsidR="00CC0344" w:rsidRDefault="00000000">
            <w:r>
              <w:t>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50F659" w14:textId="77777777" w:rsidR="00CC0344" w:rsidRDefault="00000000">
            <w:r>
              <w:t>Esercizio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07AB3E" w14:textId="77777777" w:rsidR="00CC0344" w:rsidRDefault="00000000">
            <w:r>
              <w:t>__________</w:t>
            </w:r>
          </w:p>
        </w:tc>
      </w:tr>
      <w:tr w:rsidR="00CC0344" w14:paraId="5A62E678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4626FF" w14:textId="77777777" w:rsidR="00CC0344" w:rsidRDefault="00000000">
            <w:r>
              <w:t>Responsabile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52F122" w14:textId="77777777" w:rsidR="00CC0344" w:rsidRDefault="00000000">
            <w:r>
              <w:t>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F97FCA" w14:textId="77777777" w:rsidR="00CC0344" w:rsidRDefault="00000000">
            <w:r>
              <w:t>Versione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A84B70" w14:textId="77777777" w:rsidR="00CC0344" w:rsidRDefault="00000000">
            <w:r>
              <w:t>v1.0</w:t>
            </w:r>
          </w:p>
        </w:tc>
      </w:tr>
      <w:tr w:rsidR="00CC0344" w14:paraId="63A522CF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30812E" w14:textId="77777777" w:rsidR="00CC0344" w:rsidRDefault="00000000">
            <w:r>
              <w:t>Data inizio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D897A8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3EC89E" w14:textId="77777777" w:rsidR="00CC0344" w:rsidRDefault="00000000">
            <w:r>
              <w:t>Data fine prevista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A34545" w14:textId="77777777" w:rsidR="00CC0344" w:rsidRDefault="00000000">
            <w:r>
              <w:t>__________</w:t>
            </w:r>
          </w:p>
        </w:tc>
      </w:tr>
    </w:tbl>
    <w:p w14:paraId="5135489F" w14:textId="77777777" w:rsidR="00CC0344" w:rsidRPr="006D0D3D" w:rsidRDefault="00000000">
      <w:pPr>
        <w:pStyle w:val="Titolo2"/>
        <w:rPr>
          <w:lang w:val="it-IT"/>
        </w:rPr>
      </w:pPr>
      <w:r w:rsidRPr="006D0D3D">
        <w:rPr>
          <w:lang w:val="it-IT"/>
        </w:rPr>
        <w:t>Fase 1 - Raccolta e verifica documenti dal cliente</w:t>
      </w:r>
    </w:p>
    <w:p w14:paraId="042FEB69" w14:textId="77777777" w:rsidR="00CC0344" w:rsidRPr="006D0D3D" w:rsidRDefault="00000000">
      <w:pPr>
        <w:rPr>
          <w:lang w:val="it-IT"/>
        </w:rPr>
      </w:pPr>
      <w:r w:rsidRPr="006D0D3D">
        <w:rPr>
          <w:b/>
          <w:color w:val="1F4D78"/>
          <w:lang w:val="it-IT"/>
        </w:rPr>
        <w:t>Responsabile: Segreteria / addetto contabile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3"/>
        <w:gridCol w:w="5992"/>
        <w:gridCol w:w="1553"/>
        <w:gridCol w:w="1941"/>
      </w:tblGrid>
      <w:tr w:rsidR="00CC0344" w14:paraId="736BDA59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66C0FC" w14:textId="77777777" w:rsidR="00CC0344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0652F9" w14:textId="77777777" w:rsidR="00CC0344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A9E29D" w14:textId="77777777" w:rsidR="00CC0344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6777CD" w14:textId="77777777" w:rsidR="00CC0344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CC0344" w14:paraId="74D141C9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A4713C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98C9AA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Verificare completezza documentazione ricevuta dal cliente.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7D4173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447F38" w14:textId="77777777" w:rsidR="00CC0344" w:rsidRDefault="00000000">
            <w:r>
              <w:t>__________</w:t>
            </w:r>
          </w:p>
        </w:tc>
      </w:tr>
      <w:tr w:rsidR="00CC0344" w14:paraId="47703FEC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D5AFF0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CB3DAB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Controllare presenza documenti bancari, fatture, contratti e prospetti rilevanti.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09746F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C47959" w14:textId="77777777" w:rsidR="00CC0344" w:rsidRDefault="00000000">
            <w:r>
              <w:t>__________</w:t>
            </w:r>
          </w:p>
        </w:tc>
      </w:tr>
      <w:tr w:rsidR="00CC0344" w14:paraId="41FDFC57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510C7D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58E364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Segnalare tempestivamente eventuali documenti mancanti.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182DD9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A3B25A" w14:textId="77777777" w:rsidR="00CC0344" w:rsidRDefault="00000000">
            <w:r>
              <w:t>__________</w:t>
            </w:r>
          </w:p>
        </w:tc>
      </w:tr>
    </w:tbl>
    <w:p w14:paraId="47C660AF" w14:textId="77777777" w:rsidR="00CC0344" w:rsidRDefault="00000000">
      <w:pPr>
        <w:pStyle w:val="Titolo2"/>
      </w:pPr>
      <w:r>
        <w:t>Fase 2 - Controlli contabili e quadrature</w:t>
      </w:r>
    </w:p>
    <w:p w14:paraId="2077F391" w14:textId="77777777" w:rsidR="00CC0344" w:rsidRPr="006D0D3D" w:rsidRDefault="00000000">
      <w:pPr>
        <w:rPr>
          <w:lang w:val="it-IT"/>
        </w:rPr>
      </w:pPr>
      <w:r w:rsidRPr="006D0D3D">
        <w:rPr>
          <w:b/>
          <w:color w:val="1F4D78"/>
          <w:lang w:val="it-IT"/>
        </w:rPr>
        <w:t>Responsabile: Addetto contabile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3"/>
        <w:gridCol w:w="5987"/>
        <w:gridCol w:w="1555"/>
        <w:gridCol w:w="1944"/>
      </w:tblGrid>
      <w:tr w:rsidR="00CC0344" w14:paraId="70086BB0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C7BAEC" w14:textId="77777777" w:rsidR="00CC0344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5AC0E1" w14:textId="77777777" w:rsidR="00CC0344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A66D13" w14:textId="77777777" w:rsidR="00CC0344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B35D21" w14:textId="77777777" w:rsidR="00CC0344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CC0344" w14:paraId="1EB041D7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1841B1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9CD56D" w14:textId="77777777" w:rsidR="00CC0344" w:rsidRDefault="00000000">
            <w:r>
              <w:t>Eseguire quadratura conti principali.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B4A44B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0FA817" w14:textId="77777777" w:rsidR="00CC0344" w:rsidRDefault="00000000">
            <w:r>
              <w:t>__________</w:t>
            </w:r>
          </w:p>
        </w:tc>
      </w:tr>
      <w:tr w:rsidR="00CC0344" w14:paraId="668C9737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DA9385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5A3AEB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Verificare coerenza saldi contabili e riconciliazioni.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932EE6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7B0C1E" w14:textId="77777777" w:rsidR="00CC0344" w:rsidRDefault="00000000">
            <w:r>
              <w:t>__________</w:t>
            </w:r>
          </w:p>
        </w:tc>
      </w:tr>
      <w:tr w:rsidR="00CC0344" w14:paraId="0A6D1AD8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91FB49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62055A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Annotare anomalie e punti da sottoporre al revisore interno.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73FB68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80709D" w14:textId="77777777" w:rsidR="00CC0344" w:rsidRDefault="00000000">
            <w:r>
              <w:t>__________</w:t>
            </w:r>
          </w:p>
        </w:tc>
      </w:tr>
    </w:tbl>
    <w:p w14:paraId="32E1ABDB" w14:textId="77777777" w:rsidR="006D0D3D" w:rsidRDefault="006D0D3D">
      <w:pPr>
        <w:pStyle w:val="Titolo2"/>
      </w:pPr>
    </w:p>
    <w:p w14:paraId="61CEE767" w14:textId="77777777" w:rsidR="006D0D3D" w:rsidRDefault="006D0D3D">
      <w:pPr>
        <w:pStyle w:val="Titolo2"/>
      </w:pPr>
    </w:p>
    <w:p w14:paraId="2A311D8D" w14:textId="77777777" w:rsidR="006D0D3D" w:rsidRDefault="006D0D3D">
      <w:pPr>
        <w:pStyle w:val="Titolo2"/>
        <w:rPr>
          <w:lang w:val="it-IT"/>
        </w:rPr>
      </w:pPr>
    </w:p>
    <w:p w14:paraId="06FB72FD" w14:textId="77777777" w:rsidR="006D0D3D" w:rsidRPr="006D0D3D" w:rsidRDefault="006D0D3D" w:rsidP="006D0D3D">
      <w:pPr>
        <w:rPr>
          <w:lang w:val="it-IT"/>
        </w:rPr>
      </w:pPr>
    </w:p>
    <w:p w14:paraId="16AB81D9" w14:textId="5279EACA" w:rsidR="00CC0344" w:rsidRPr="006D0D3D" w:rsidRDefault="00000000">
      <w:pPr>
        <w:pStyle w:val="Titolo2"/>
        <w:rPr>
          <w:lang w:val="it-IT"/>
        </w:rPr>
      </w:pPr>
      <w:r w:rsidRPr="006D0D3D">
        <w:rPr>
          <w:lang w:val="it-IT"/>
        </w:rPr>
        <w:lastRenderedPageBreak/>
        <w:t>Fase 3 - Scritture di assestamento e ammortamenti</w:t>
      </w:r>
    </w:p>
    <w:p w14:paraId="4CA13035" w14:textId="77777777" w:rsidR="00CC0344" w:rsidRPr="006D0D3D" w:rsidRDefault="00000000">
      <w:pPr>
        <w:rPr>
          <w:lang w:val="it-IT"/>
        </w:rPr>
      </w:pPr>
      <w:r w:rsidRPr="006D0D3D">
        <w:rPr>
          <w:b/>
          <w:color w:val="1F4D78"/>
          <w:lang w:val="it-IT"/>
        </w:rPr>
        <w:t>Responsabile: Professionista incaricato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3"/>
        <w:gridCol w:w="5990"/>
        <w:gridCol w:w="1554"/>
        <w:gridCol w:w="1942"/>
      </w:tblGrid>
      <w:tr w:rsidR="00CC0344" w14:paraId="2C3C9D8F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C33AF1" w14:textId="77777777" w:rsidR="00CC0344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B919A7" w14:textId="77777777" w:rsidR="00CC0344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19D6F0" w14:textId="77777777" w:rsidR="00CC0344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5782AB" w14:textId="77777777" w:rsidR="00CC0344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CC0344" w14:paraId="1D7B12B9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753CB5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A6C9B7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Rilevare ratei, risconti, accantonamenti e rettifiche.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9542C8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2FA933" w14:textId="77777777" w:rsidR="00CC0344" w:rsidRDefault="00000000">
            <w:r>
              <w:t>__________</w:t>
            </w:r>
          </w:p>
        </w:tc>
      </w:tr>
      <w:tr w:rsidR="00CC0344" w14:paraId="12165F24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8A0D2A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27C272" w14:textId="77777777" w:rsidR="00CC0344" w:rsidRDefault="00000000">
            <w:r>
              <w:t>Calcolare e registrare ammortamenti.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5B867A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42C1EC" w14:textId="77777777" w:rsidR="00CC0344" w:rsidRDefault="00000000">
            <w:r>
              <w:t>__________</w:t>
            </w:r>
          </w:p>
        </w:tc>
      </w:tr>
      <w:tr w:rsidR="00CC0344" w14:paraId="0DEDE2B0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4CAAD6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42CDE0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Verificare impatti fiscali e contabili delle scritture.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E0E737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12DE7B" w14:textId="77777777" w:rsidR="00CC0344" w:rsidRDefault="00000000">
            <w:r>
              <w:t>__________</w:t>
            </w:r>
          </w:p>
        </w:tc>
      </w:tr>
    </w:tbl>
    <w:p w14:paraId="7A1E30C8" w14:textId="77777777" w:rsidR="00CC0344" w:rsidRDefault="00000000">
      <w:pPr>
        <w:pStyle w:val="Titolo2"/>
      </w:pPr>
      <w:r>
        <w:t>Fase 4 - Revisione finale e approvazione</w:t>
      </w:r>
    </w:p>
    <w:p w14:paraId="7342675B" w14:textId="77777777" w:rsidR="00CC0344" w:rsidRPr="006D0D3D" w:rsidRDefault="00000000">
      <w:pPr>
        <w:rPr>
          <w:lang w:val="it-IT"/>
        </w:rPr>
      </w:pPr>
      <w:r w:rsidRPr="006D0D3D">
        <w:rPr>
          <w:b/>
          <w:color w:val="1F4D78"/>
          <w:lang w:val="it-IT"/>
        </w:rPr>
        <w:t>Responsabile: Titolare / responsabile qualità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4"/>
        <w:gridCol w:w="5986"/>
        <w:gridCol w:w="1555"/>
        <w:gridCol w:w="1944"/>
      </w:tblGrid>
      <w:tr w:rsidR="00CC0344" w14:paraId="5A50861E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841441" w14:textId="77777777" w:rsidR="00CC0344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09E7BE" w14:textId="77777777" w:rsidR="00CC0344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0C2D9A" w14:textId="77777777" w:rsidR="00CC0344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3E5506" w14:textId="77777777" w:rsidR="00CC0344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CC0344" w14:paraId="5F3EDF38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361CEA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002C0D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Verificare completezza di tutti i passaggi.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A6CFE7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82C150" w14:textId="77777777" w:rsidR="00CC0344" w:rsidRDefault="00000000">
            <w:r>
              <w:t>__________</w:t>
            </w:r>
          </w:p>
        </w:tc>
      </w:tr>
      <w:tr w:rsidR="00CC0344" w14:paraId="258343AF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065A4A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C26E6C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Confrontare con standard o bilancio dell'anno precedente.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12FF26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D32D72" w14:textId="77777777" w:rsidR="00CC0344" w:rsidRDefault="00000000">
            <w:r>
              <w:t>__________</w:t>
            </w:r>
          </w:p>
        </w:tc>
      </w:tr>
      <w:tr w:rsidR="00CC0344" w14:paraId="5DC5A409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C85F2D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F80995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Approvare o richiedere correzioni documentate.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945080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E12142" w14:textId="77777777" w:rsidR="00CC0344" w:rsidRDefault="00000000">
            <w:r>
              <w:t>__________</w:t>
            </w:r>
          </w:p>
        </w:tc>
      </w:tr>
    </w:tbl>
    <w:p w14:paraId="0232DCEB" w14:textId="77777777" w:rsidR="00CC0344" w:rsidRPr="006D0D3D" w:rsidRDefault="00000000">
      <w:pPr>
        <w:pStyle w:val="Titolo2"/>
        <w:rPr>
          <w:lang w:val="it-IT"/>
        </w:rPr>
      </w:pPr>
      <w:r w:rsidRPr="006D0D3D">
        <w:rPr>
          <w:lang w:val="it-IT"/>
        </w:rPr>
        <w:t>Fase 5 - Comunicazione al cliente e archiviazione</w:t>
      </w:r>
    </w:p>
    <w:p w14:paraId="7451C935" w14:textId="77777777" w:rsidR="00CC0344" w:rsidRDefault="00000000">
      <w:proofErr w:type="spellStart"/>
      <w:r>
        <w:rPr>
          <w:b/>
          <w:color w:val="1F4D78"/>
        </w:rPr>
        <w:t>Responsabile</w:t>
      </w:r>
      <w:proofErr w:type="spellEnd"/>
      <w:r>
        <w:rPr>
          <w:b/>
          <w:color w:val="1F4D78"/>
        </w:rPr>
        <w:t>: Segreteria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4"/>
        <w:gridCol w:w="5984"/>
        <w:gridCol w:w="1555"/>
        <w:gridCol w:w="1946"/>
      </w:tblGrid>
      <w:tr w:rsidR="00CC0344" w14:paraId="4839F1BE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A0EC0C" w14:textId="77777777" w:rsidR="00CC0344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8C413B" w14:textId="77777777" w:rsidR="00CC0344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AF491A" w14:textId="77777777" w:rsidR="00CC0344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94597E" w14:textId="77777777" w:rsidR="00CC0344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CC0344" w14:paraId="70B95EC9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FBDDFD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801630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Comunicare al cliente l'esito della chiusura.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E02333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B34DB7" w14:textId="77777777" w:rsidR="00CC0344" w:rsidRDefault="00000000">
            <w:r>
              <w:t>__________</w:t>
            </w:r>
          </w:p>
        </w:tc>
      </w:tr>
      <w:tr w:rsidR="00CC0344" w14:paraId="6D763107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764826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BA887C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Archiviare documenti, bilancio e note di lavoro nella cartella corretta.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12DD1B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B92967" w14:textId="77777777" w:rsidR="00CC0344" w:rsidRDefault="00000000">
            <w:r>
              <w:t>__________</w:t>
            </w:r>
          </w:p>
        </w:tc>
      </w:tr>
      <w:tr w:rsidR="00CC0344" w14:paraId="2AAD3BDA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43C6DC" w14:textId="77777777" w:rsidR="00CC0344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30E6B9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>Aggiornare stato pratica nello scadenziario o gestionale.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102A44" w14:textId="77777777" w:rsidR="00CC0344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322B21" w14:textId="77777777" w:rsidR="00CC0344" w:rsidRDefault="00000000">
            <w:r>
              <w:t>__________</w:t>
            </w:r>
          </w:p>
        </w:tc>
      </w:tr>
    </w:tbl>
    <w:p w14:paraId="52DDD76E" w14:textId="77777777" w:rsidR="00CC0344" w:rsidRPr="006D0D3D" w:rsidRDefault="00000000" w:rsidP="006D0D3D">
      <w:pPr>
        <w:pStyle w:val="Titolo2"/>
        <w:rPr>
          <w:lang w:val="it-IT"/>
        </w:rPr>
      </w:pPr>
      <w:r w:rsidRPr="006D0D3D">
        <w:rPr>
          <w:lang w:val="it-IT"/>
        </w:rPr>
        <w:t>Controllo qualità finale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67"/>
        <w:gridCol w:w="3621"/>
        <w:gridCol w:w="1994"/>
        <w:gridCol w:w="1407"/>
      </w:tblGrid>
      <w:tr w:rsidR="00CC0344" w14:paraId="430501F6" w14:textId="77777777">
        <w:tc>
          <w:tcPr>
            <w:tcW w:w="345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9E784B" w14:textId="77777777" w:rsidR="00CC0344" w:rsidRDefault="00000000">
            <w:r>
              <w:rPr>
                <w:b/>
                <w:color w:val="1F4D78"/>
              </w:rPr>
              <w:t>Esito</w:t>
            </w:r>
          </w:p>
        </w:tc>
        <w:tc>
          <w:tcPr>
            <w:tcW w:w="374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79AD37" w14:textId="77777777" w:rsidR="00CC0344" w:rsidRDefault="00000000">
            <w:r>
              <w:rPr>
                <w:b/>
                <w:color w:val="1F4D78"/>
              </w:rPr>
              <w:t>Note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F6D3E7" w14:textId="77777777" w:rsidR="00CC0344" w:rsidRDefault="00000000">
            <w:r>
              <w:rPr>
                <w:b/>
                <w:color w:val="1F4D78"/>
              </w:rPr>
              <w:t>Firma responsabile</w:t>
            </w:r>
          </w:p>
        </w:tc>
        <w:tc>
          <w:tcPr>
            <w:tcW w:w="144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2BEBE2" w14:textId="77777777" w:rsidR="00CC0344" w:rsidRDefault="00000000">
            <w:r>
              <w:rPr>
                <w:b/>
                <w:color w:val="1F4D78"/>
              </w:rPr>
              <w:t>Data</w:t>
            </w:r>
          </w:p>
        </w:tc>
      </w:tr>
      <w:tr w:rsidR="00CC0344" w14:paraId="3EE00051" w14:textId="77777777">
        <w:tc>
          <w:tcPr>
            <w:tcW w:w="345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29116F" w14:textId="77777777" w:rsidR="00CC0344" w:rsidRPr="006D0D3D" w:rsidRDefault="00000000">
            <w:pPr>
              <w:rPr>
                <w:lang w:val="it-IT"/>
              </w:rPr>
            </w:pPr>
            <w:r w:rsidRPr="006D0D3D">
              <w:rPr>
                <w:lang w:val="it-IT"/>
              </w:rPr>
              <w:t xml:space="preserve">☐ OK - </w:t>
            </w:r>
            <w:proofErr w:type="gramStart"/>
            <w:r w:rsidRPr="006D0D3D">
              <w:rPr>
                <w:lang w:val="it-IT"/>
              </w:rPr>
              <w:t>Approvato  ☐</w:t>
            </w:r>
            <w:proofErr w:type="gramEnd"/>
            <w:r w:rsidRPr="006D0D3D">
              <w:rPr>
                <w:lang w:val="it-IT"/>
              </w:rPr>
              <w:t xml:space="preserve"> Da </w:t>
            </w:r>
            <w:proofErr w:type="gramStart"/>
            <w:r w:rsidRPr="006D0D3D">
              <w:rPr>
                <w:lang w:val="it-IT"/>
              </w:rPr>
              <w:t>correggere  ☐</w:t>
            </w:r>
            <w:proofErr w:type="gramEnd"/>
            <w:r w:rsidRPr="006D0D3D">
              <w:rPr>
                <w:lang w:val="it-IT"/>
              </w:rPr>
              <w:t xml:space="preserve"> Da rifare</w:t>
            </w:r>
          </w:p>
        </w:tc>
        <w:tc>
          <w:tcPr>
            <w:tcW w:w="374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8EABB5" w14:textId="77777777" w:rsidR="00CC0344" w:rsidRDefault="00000000">
            <w:r>
              <w:t>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5E3D89" w14:textId="77777777" w:rsidR="00CC0344" w:rsidRDefault="0000000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6B7123" w14:textId="77777777" w:rsidR="00CC0344" w:rsidRDefault="00000000">
            <w:r>
              <w:t>__________</w:t>
            </w:r>
          </w:p>
        </w:tc>
      </w:tr>
    </w:tbl>
    <w:p w14:paraId="3278EA89" w14:textId="77777777" w:rsidR="009F5DD4" w:rsidRDefault="009F5DD4"/>
    <w:sectPr w:rsidR="009F5DD4" w:rsidSect="00034616">
      <w:pgSz w:w="11909" w:h="16834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6413957">
    <w:abstractNumId w:val="8"/>
  </w:num>
  <w:num w:numId="2" w16cid:durableId="1483741022">
    <w:abstractNumId w:val="6"/>
  </w:num>
  <w:num w:numId="3" w16cid:durableId="111437771">
    <w:abstractNumId w:val="5"/>
  </w:num>
  <w:num w:numId="4" w16cid:durableId="1157376883">
    <w:abstractNumId w:val="4"/>
  </w:num>
  <w:num w:numId="5" w16cid:durableId="1029141661">
    <w:abstractNumId w:val="7"/>
  </w:num>
  <w:num w:numId="6" w16cid:durableId="990136228">
    <w:abstractNumId w:val="3"/>
  </w:num>
  <w:num w:numId="7" w16cid:durableId="1118717755">
    <w:abstractNumId w:val="2"/>
  </w:num>
  <w:num w:numId="8" w16cid:durableId="2070374606">
    <w:abstractNumId w:val="1"/>
  </w:num>
  <w:num w:numId="9" w16cid:durableId="1242913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D0D3D"/>
    <w:rsid w:val="009F5DD4"/>
    <w:rsid w:val="00AA1D8D"/>
    <w:rsid w:val="00B35E19"/>
    <w:rsid w:val="00B47730"/>
    <w:rsid w:val="00CB0664"/>
    <w:rsid w:val="00CC03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6F1CF7"/>
  <w14:defaultImageDpi w14:val="300"/>
  <w15:docId w15:val="{C5E666FB-48BA-428A-987D-FAA9912C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83" w:lineRule="auto"/>
    </w:pPr>
    <w:rPr>
      <w:rFonts w:ascii="Calibri" w:hAnsi="Calibri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280" w:after="160"/>
      <w:outlineLvl w:val="0"/>
    </w:pPr>
    <w:rPr>
      <w:rFonts w:asciiTheme="majorHAnsi" w:eastAsiaTheme="majorEastAsia" w:hAnsiTheme="majorHAnsi" w:cstheme="majorBidi"/>
      <w:b/>
      <w:bCs/>
      <w:color w:val="1F4D78"/>
      <w:sz w:val="30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F4D78"/>
      <w:sz w:val="25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D78"/>
      <w:sz w:val="23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D78"/>
      <w:spacing w:val="5"/>
      <w:kern w:val="28"/>
      <w:sz w:val="44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2334</Characters>
  <Application>Microsoft Office Word</Application>
  <DocSecurity>0</DocSecurity>
  <Lines>86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Giancarlo Coppola</cp:lastModifiedBy>
  <cp:revision>2</cp:revision>
  <dcterms:created xsi:type="dcterms:W3CDTF">2013-12-23T23:15:00Z</dcterms:created>
  <dcterms:modified xsi:type="dcterms:W3CDTF">2026-05-29T14:32:00Z</dcterms:modified>
  <cp:category/>
</cp:coreProperties>
</file>