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7B3DE" w14:textId="77777777" w:rsidR="00F77C8C" w:rsidRPr="002164C4" w:rsidRDefault="00000000">
      <w:pPr>
        <w:pStyle w:val="Titolo"/>
        <w:jc w:val="center"/>
        <w:rPr>
          <w:lang w:val="it-IT"/>
        </w:rPr>
      </w:pPr>
      <w:r w:rsidRPr="002164C4">
        <w:rPr>
          <w:lang w:val="it-IT"/>
        </w:rPr>
        <w:t>Checklist Dichiarazione Redditi PF</w:t>
      </w:r>
    </w:p>
    <w:p w14:paraId="7E0C4999" w14:textId="77777777" w:rsidR="00F77C8C" w:rsidRPr="002164C4" w:rsidRDefault="00000000">
      <w:pPr>
        <w:jc w:val="center"/>
        <w:rPr>
          <w:lang w:val="it-IT"/>
        </w:rPr>
      </w:pPr>
      <w:r w:rsidRPr="002164C4">
        <w:rPr>
          <w:i/>
          <w:color w:val="555555"/>
          <w:sz w:val="20"/>
          <w:lang w:val="it-IT"/>
        </w:rPr>
        <w:t>Flusso operativo completo: ricevimento, elaborazione, revisione e invio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53"/>
        <w:gridCol w:w="3127"/>
        <w:gridCol w:w="1926"/>
        <w:gridCol w:w="2983"/>
      </w:tblGrid>
      <w:tr w:rsidR="00F77C8C" w:rsidRPr="002164C4" w14:paraId="4EE48443" w14:textId="77777777">
        <w:tc>
          <w:tcPr>
            <w:tcW w:w="9749" w:type="dxa"/>
            <w:gridSpan w:val="4"/>
            <w:shd w:val="clear" w:color="auto" w:fill="F2F4F7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07FD3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b/>
                <w:color w:val="1F4D78"/>
                <w:lang w:val="it-IT"/>
              </w:rPr>
              <w:t xml:space="preserve">Istruzioni d'uso. </w:t>
            </w:r>
            <w:r w:rsidRPr="002164C4">
              <w:rPr>
                <w:lang w:val="it-IT"/>
              </w:rPr>
              <w:t>Obiettivo operativo: dichiarazione trasmessa e ricevuta consegnata al cliente entro 4,5 giorni lavorativi dalla ricezione completa dei documenti. Usare alert al giorno 2 ed escalation al giorno 4 in caso di incompletezze o anomalie.</w:t>
            </w:r>
          </w:p>
        </w:tc>
      </w:tr>
      <w:tr w:rsidR="00F77C8C" w14:paraId="4B052B66" w14:textId="77777777"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B2EA8A" w14:textId="77777777" w:rsidR="00F77C8C" w:rsidRDefault="00000000">
            <w:r>
              <w:rPr>
                <w:b/>
                <w:color w:val="1F4D78"/>
              </w:rPr>
              <w:t>Campo</w:t>
            </w:r>
          </w:p>
        </w:tc>
        <w:tc>
          <w:tcPr>
            <w:tcW w:w="316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DC6EB2" w14:textId="77777777" w:rsidR="00F77C8C" w:rsidRDefault="00000000">
            <w:r>
              <w:rPr>
                <w:b/>
                <w:color w:val="1F4D78"/>
              </w:rPr>
              <w:t>Valore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8F9635" w14:textId="77777777" w:rsidR="00F77C8C" w:rsidRDefault="00000000">
            <w:r>
              <w:rPr>
                <w:b/>
                <w:color w:val="1F4D78"/>
              </w:rPr>
              <w:t>Campo</w:t>
            </w:r>
          </w:p>
        </w:tc>
        <w:tc>
          <w:tcPr>
            <w:tcW w:w="3168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822653" w14:textId="77777777" w:rsidR="00F77C8C" w:rsidRDefault="00000000">
            <w:r>
              <w:rPr>
                <w:b/>
                <w:color w:val="1F4D78"/>
              </w:rPr>
              <w:t>Valore</w:t>
            </w:r>
          </w:p>
        </w:tc>
      </w:tr>
      <w:tr w:rsidR="00F77C8C" w14:paraId="280FF288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5EBB9A" w14:textId="77777777" w:rsidR="00F77C8C" w:rsidRDefault="00000000">
            <w:r>
              <w:t>Cliente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4FCAB9" w14:textId="77777777" w:rsidR="00F77C8C" w:rsidRDefault="00000000">
            <w:r>
              <w:t>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211BDC" w14:textId="77777777" w:rsidR="00F77C8C" w:rsidRDefault="00000000">
            <w:r>
              <w:t>Anno d'imposta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369C1D" w14:textId="77777777" w:rsidR="00F77C8C" w:rsidRDefault="00000000">
            <w:r>
              <w:t>__________</w:t>
            </w:r>
          </w:p>
        </w:tc>
      </w:tr>
      <w:tr w:rsidR="00F77C8C" w14:paraId="340FA1B7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D817C3" w14:textId="77777777" w:rsidR="00F77C8C" w:rsidRDefault="00000000">
            <w:r>
              <w:t>Responsabile pratica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144AD7" w14:textId="77777777" w:rsidR="00F77C8C" w:rsidRDefault="00000000">
            <w:r>
              <w:t>________________________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87DA05" w14:textId="77777777" w:rsidR="00F77C8C" w:rsidRDefault="00000000">
            <w:r>
              <w:t>Data ricezione completa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C3C956" w14:textId="77777777" w:rsidR="00F77C8C" w:rsidRDefault="00000000">
            <w:r>
              <w:t>__________</w:t>
            </w:r>
          </w:p>
        </w:tc>
      </w:tr>
      <w:tr w:rsidR="00F77C8C" w14:paraId="352F26DD" w14:textId="77777777"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BBA92B" w14:textId="77777777" w:rsidR="00F77C8C" w:rsidRDefault="00000000">
            <w:r>
              <w:t>Alert giorno 2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55BF98" w14:textId="77777777" w:rsidR="00F77C8C" w:rsidRDefault="00000000">
            <w:r>
              <w:t>☐ Attivato  ☐ Non necessario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A4166B" w14:textId="77777777" w:rsidR="00F77C8C" w:rsidRDefault="00000000">
            <w:r>
              <w:t>Escalation giorno 4</w:t>
            </w:r>
          </w:p>
        </w:tc>
        <w:tc>
          <w:tcPr>
            <w:tcW w:w="3168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FCC571" w14:textId="77777777" w:rsidR="00F77C8C" w:rsidRDefault="00000000">
            <w:r>
              <w:t>☐ Attivata  ☐ Non necessaria</w:t>
            </w:r>
          </w:p>
        </w:tc>
      </w:tr>
    </w:tbl>
    <w:p w14:paraId="6CF2C992" w14:textId="77777777" w:rsidR="00F77C8C" w:rsidRDefault="00000000">
      <w:pPr>
        <w:pStyle w:val="Titolo2"/>
      </w:pPr>
      <w:r>
        <w:t>Fase 1 - Ricevimento documenti</w:t>
      </w:r>
    </w:p>
    <w:p w14:paraId="392BC559" w14:textId="77777777" w:rsidR="00F77C8C" w:rsidRDefault="00000000">
      <w:r>
        <w:rPr>
          <w:b/>
          <w:color w:val="1F4D78"/>
        </w:rPr>
        <w:t>Durata standard: 2 giorni | Responsabile: Segreteria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3"/>
        <w:gridCol w:w="5990"/>
        <w:gridCol w:w="1554"/>
        <w:gridCol w:w="1942"/>
      </w:tblGrid>
      <w:tr w:rsidR="00F77C8C" w14:paraId="1CDCE87A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3EC2F8" w14:textId="77777777" w:rsidR="00F77C8C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CA838E" w14:textId="77777777" w:rsidR="00F77C8C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25A1CC" w14:textId="77777777" w:rsidR="00F77C8C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BCE653" w14:textId="77777777" w:rsidR="00F77C8C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F77C8C" w14:paraId="48F3F292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CF607E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B5A93F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Verificare completezza documentazione cliente e modello anno precedente.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2AD02C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80EC3F" w14:textId="77777777" w:rsidR="00F77C8C" w:rsidRDefault="00000000">
            <w:r>
              <w:t>__________</w:t>
            </w:r>
          </w:p>
        </w:tc>
      </w:tr>
      <w:tr w:rsidR="00F77C8C" w14:paraId="552E795E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ADA208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2DE254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Aprire la pratica nel gestionale di studio.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5066B1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80544B" w14:textId="77777777" w:rsidR="00F77C8C" w:rsidRDefault="00000000">
            <w:r>
              <w:t>__________</w:t>
            </w:r>
          </w:p>
        </w:tc>
      </w:tr>
      <w:tr w:rsidR="00F77C8C" w14:paraId="1CE15E50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2F2E6DC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8F6C59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Attivare alert automatico al giorno 2 se i documenti sono incompleti.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3C77DB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CF118E" w14:textId="77777777" w:rsidR="00F77C8C" w:rsidRDefault="00000000">
            <w:r>
              <w:t>__________</w:t>
            </w:r>
          </w:p>
        </w:tc>
      </w:tr>
    </w:tbl>
    <w:p w14:paraId="0CEBE1DB" w14:textId="77777777" w:rsidR="00F77C8C" w:rsidRDefault="00000000">
      <w:pPr>
        <w:pStyle w:val="Titolo2"/>
      </w:pPr>
      <w:r>
        <w:t>Fase 2 - Elaborazione dati</w:t>
      </w:r>
    </w:p>
    <w:p w14:paraId="50444A47" w14:textId="77777777" w:rsidR="00F77C8C" w:rsidRPr="002164C4" w:rsidRDefault="00000000">
      <w:pPr>
        <w:rPr>
          <w:lang w:val="it-IT"/>
        </w:rPr>
      </w:pPr>
      <w:r w:rsidRPr="002164C4">
        <w:rPr>
          <w:b/>
          <w:color w:val="1F4D78"/>
          <w:lang w:val="it-IT"/>
        </w:rPr>
        <w:t>Durata standard: 1 giorno | Responsabile: Professionista incaricato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3"/>
        <w:gridCol w:w="5983"/>
        <w:gridCol w:w="1556"/>
        <w:gridCol w:w="1947"/>
      </w:tblGrid>
      <w:tr w:rsidR="00F77C8C" w14:paraId="141A7320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E256B7" w14:textId="77777777" w:rsidR="00F77C8C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258AEB" w14:textId="77777777" w:rsidR="00F77C8C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4F0414" w14:textId="77777777" w:rsidR="00F77C8C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5C61A3" w14:textId="77777777" w:rsidR="00F77C8C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F77C8C" w14:paraId="581F6D1C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BF3BFC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6D1694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Inserire dati nel software fiscale di studio.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07F20D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DD9EBC" w14:textId="77777777" w:rsidR="00F77C8C" w:rsidRDefault="00000000">
            <w:r>
              <w:t>__________</w:t>
            </w:r>
          </w:p>
        </w:tc>
      </w:tr>
      <w:tr w:rsidR="00F77C8C" w14:paraId="15D82B32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A9AAB5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06ABEF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Controllare anomalie e quadratura dei valori.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FEC2EC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889C11" w14:textId="77777777" w:rsidR="00F77C8C" w:rsidRDefault="00000000">
            <w:r>
              <w:t>__________</w:t>
            </w:r>
          </w:p>
        </w:tc>
      </w:tr>
      <w:tr w:rsidR="00F77C8C" w14:paraId="0C8F635A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FDC9AC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2EA147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Annotare eventuali richieste integrative al cliente.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EDF9CE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954BF2" w14:textId="77777777" w:rsidR="00F77C8C" w:rsidRDefault="00000000">
            <w:r>
              <w:t>__________</w:t>
            </w:r>
          </w:p>
        </w:tc>
      </w:tr>
    </w:tbl>
    <w:p w14:paraId="6CA04E65" w14:textId="77777777" w:rsidR="002164C4" w:rsidRDefault="002164C4">
      <w:pPr>
        <w:pStyle w:val="Titolo2"/>
      </w:pPr>
    </w:p>
    <w:p w14:paraId="76907ED1" w14:textId="77777777" w:rsidR="002164C4" w:rsidRDefault="002164C4">
      <w:pPr>
        <w:pStyle w:val="Titolo2"/>
      </w:pPr>
    </w:p>
    <w:p w14:paraId="515283E1" w14:textId="77777777" w:rsidR="002164C4" w:rsidRDefault="002164C4">
      <w:pPr>
        <w:pStyle w:val="Titolo2"/>
      </w:pPr>
    </w:p>
    <w:p w14:paraId="73E31E67" w14:textId="205E00D4" w:rsidR="00F77C8C" w:rsidRDefault="00000000">
      <w:pPr>
        <w:pStyle w:val="Titolo2"/>
      </w:pPr>
      <w:r>
        <w:t xml:space="preserve">Fase 3 - </w:t>
      </w:r>
      <w:proofErr w:type="spellStart"/>
      <w:r>
        <w:t>Revisione</w:t>
      </w:r>
      <w:proofErr w:type="spellEnd"/>
      <w:r>
        <w:t xml:space="preserve"> e controllo</w:t>
      </w:r>
    </w:p>
    <w:p w14:paraId="6B1243C9" w14:textId="77777777" w:rsidR="00F77C8C" w:rsidRPr="002164C4" w:rsidRDefault="00000000">
      <w:pPr>
        <w:rPr>
          <w:lang w:val="it-IT"/>
        </w:rPr>
      </w:pPr>
      <w:r w:rsidRPr="002164C4">
        <w:rPr>
          <w:b/>
          <w:color w:val="1F4D78"/>
          <w:lang w:val="it-IT"/>
        </w:rPr>
        <w:t>Durata standard: 1 giorno | Responsabile: Revisore interno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3"/>
        <w:gridCol w:w="5986"/>
        <w:gridCol w:w="1555"/>
        <w:gridCol w:w="1945"/>
      </w:tblGrid>
      <w:tr w:rsidR="00F77C8C" w14:paraId="4022F10B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BF654A" w14:textId="77777777" w:rsidR="00F77C8C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9D97AE" w14:textId="77777777" w:rsidR="00F77C8C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D0D936" w14:textId="77777777" w:rsidR="00F77C8C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29AEC8" w14:textId="77777777" w:rsidR="00F77C8C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F77C8C" w14:paraId="785248DC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860A4A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4583D1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Controllare conformità normativa della dichiarazione.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DE8E9D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1204E3" w14:textId="77777777" w:rsidR="00F77C8C" w:rsidRDefault="00000000">
            <w:r>
              <w:t>__________</w:t>
            </w:r>
          </w:p>
        </w:tc>
      </w:tr>
      <w:tr w:rsidR="00F77C8C" w14:paraId="52B28101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C21C4E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C4A3E5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Calcolare imposta dovuta o credito.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D04D93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3CE1E2" w14:textId="77777777" w:rsidR="00F77C8C" w:rsidRDefault="00000000">
            <w:r>
              <w:t>__________</w:t>
            </w:r>
          </w:p>
        </w:tc>
      </w:tr>
      <w:tr w:rsidR="00F77C8C" w14:paraId="2F91480E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0BDE67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5FE37E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Attivare escalation immediata al giorno 4 in presenza di anomalie fiscali.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A73CF4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DA30DC" w14:textId="77777777" w:rsidR="00F77C8C" w:rsidRDefault="00000000">
            <w:r>
              <w:t>__________</w:t>
            </w:r>
          </w:p>
        </w:tc>
      </w:tr>
    </w:tbl>
    <w:p w14:paraId="73861CA5" w14:textId="77777777" w:rsidR="00F77C8C" w:rsidRDefault="00000000">
      <w:pPr>
        <w:pStyle w:val="Titolo2"/>
      </w:pPr>
      <w:r>
        <w:t>Fase 4 - Invio e chiusura pratica</w:t>
      </w:r>
    </w:p>
    <w:p w14:paraId="7B05E4CB" w14:textId="77777777" w:rsidR="00F77C8C" w:rsidRDefault="00000000">
      <w:r>
        <w:rPr>
          <w:b/>
          <w:color w:val="1F4D78"/>
        </w:rPr>
        <w:t>Durata standard: 0,5 giorni | Responsabile: Segreteria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04"/>
        <w:gridCol w:w="5991"/>
        <w:gridCol w:w="1553"/>
        <w:gridCol w:w="1941"/>
      </w:tblGrid>
      <w:tr w:rsidR="00F77C8C" w14:paraId="5BB7A497" w14:textId="77777777">
        <w:tc>
          <w:tcPr>
            <w:tcW w:w="50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272D85" w14:textId="77777777" w:rsidR="00F77C8C" w:rsidRDefault="00000000">
            <w:r>
              <w:rPr>
                <w:b/>
                <w:color w:val="1F4D78"/>
              </w:rPr>
              <w:t>OK</w:t>
            </w:r>
          </w:p>
        </w:tc>
        <w:tc>
          <w:tcPr>
            <w:tcW w:w="64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09FED6" w14:textId="77777777" w:rsidR="00F77C8C" w:rsidRDefault="00000000">
            <w:r>
              <w:rPr>
                <w:b/>
                <w:color w:val="1F4D78"/>
              </w:rPr>
              <w:t>Attività</w:t>
            </w:r>
          </w:p>
        </w:tc>
        <w:tc>
          <w:tcPr>
            <w:tcW w:w="1584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82486E" w14:textId="77777777" w:rsidR="00F77C8C" w:rsidRDefault="00000000">
            <w:r>
              <w:rPr>
                <w:b/>
                <w:color w:val="1F4D78"/>
              </w:rPr>
              <w:t>Data</w:t>
            </w:r>
          </w:p>
        </w:tc>
        <w:tc>
          <w:tcPr>
            <w:tcW w:w="2016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21AB5B" w14:textId="77777777" w:rsidR="00F77C8C" w:rsidRDefault="00000000">
            <w:r>
              <w:rPr>
                <w:b/>
                <w:color w:val="1F4D78"/>
              </w:rPr>
              <w:t>Firma/Note</w:t>
            </w:r>
          </w:p>
        </w:tc>
      </w:tr>
      <w:tr w:rsidR="00F77C8C" w14:paraId="477E8215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32093A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98BDC7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Raccogliere firma cliente per autorizzazione all'invio.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B54E9D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95B646" w14:textId="77777777" w:rsidR="00F77C8C" w:rsidRDefault="00000000">
            <w:r>
              <w:t>__________</w:t>
            </w:r>
          </w:p>
        </w:tc>
      </w:tr>
      <w:tr w:rsidR="00F77C8C" w14:paraId="01C1E2E4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51339F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364C5A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Trasmettere telematicamente all'Agenzia delle Entrate.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1C00A0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50AB22" w14:textId="77777777" w:rsidR="00F77C8C" w:rsidRDefault="00000000">
            <w:r>
              <w:t>__________</w:t>
            </w:r>
          </w:p>
        </w:tc>
      </w:tr>
      <w:tr w:rsidR="00F77C8C" w14:paraId="0CBEE27C" w14:textId="77777777">
        <w:tc>
          <w:tcPr>
            <w:tcW w:w="50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29E666" w14:textId="77777777" w:rsidR="00F77C8C" w:rsidRDefault="00000000">
            <w:r>
              <w:t>☐</w:t>
            </w:r>
          </w:p>
        </w:tc>
        <w:tc>
          <w:tcPr>
            <w:tcW w:w="648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7898EC" w14:textId="77777777" w:rsidR="00F77C8C" w:rsidRPr="002164C4" w:rsidRDefault="00000000">
            <w:pPr>
              <w:rPr>
                <w:lang w:val="it-IT"/>
              </w:rPr>
            </w:pPr>
            <w:r w:rsidRPr="002164C4">
              <w:rPr>
                <w:lang w:val="it-IT"/>
              </w:rPr>
              <w:t>Consegnare al cliente la ricevuta di protocollazione.</w:t>
            </w:r>
          </w:p>
        </w:tc>
        <w:tc>
          <w:tcPr>
            <w:tcW w:w="1584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8F533D" w14:textId="77777777" w:rsidR="00F77C8C" w:rsidRDefault="00000000">
            <w:r>
              <w:t>__________</w:t>
            </w:r>
          </w:p>
        </w:tc>
        <w:tc>
          <w:tcPr>
            <w:tcW w:w="201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7940FB" w14:textId="77777777" w:rsidR="00F77C8C" w:rsidRDefault="00000000">
            <w:r>
              <w:t>__________</w:t>
            </w:r>
          </w:p>
        </w:tc>
      </w:tr>
    </w:tbl>
    <w:p w14:paraId="120367EC" w14:textId="77777777" w:rsidR="00F77C8C" w:rsidRDefault="00000000">
      <w:pPr>
        <w:pStyle w:val="Titolo1"/>
      </w:pPr>
      <w:r>
        <w:t>Output finale</w:t>
      </w:r>
    </w:p>
    <w:p w14:paraId="27B6770B" w14:textId="77777777" w:rsidR="00F77C8C" w:rsidRPr="002164C4" w:rsidRDefault="00000000">
      <w:pPr>
        <w:rPr>
          <w:lang w:val="it-IT"/>
        </w:rPr>
      </w:pPr>
      <w:r w:rsidRPr="002164C4">
        <w:rPr>
          <w:lang w:val="it-IT"/>
        </w:rPr>
        <w:t>Dichiarazione trasmessa con ricevuta consegnata al cliente entro 4,5 giorni lavorativi dalla ricezione completa dei documenti.</w:t>
      </w:r>
    </w:p>
    <w:sectPr w:rsidR="00F77C8C" w:rsidRPr="002164C4" w:rsidSect="00034616">
      <w:pgSz w:w="11909" w:h="16834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4354220">
    <w:abstractNumId w:val="8"/>
  </w:num>
  <w:num w:numId="2" w16cid:durableId="649481827">
    <w:abstractNumId w:val="6"/>
  </w:num>
  <w:num w:numId="3" w16cid:durableId="1916471645">
    <w:abstractNumId w:val="5"/>
  </w:num>
  <w:num w:numId="4" w16cid:durableId="741490624">
    <w:abstractNumId w:val="4"/>
  </w:num>
  <w:num w:numId="5" w16cid:durableId="1217353010">
    <w:abstractNumId w:val="7"/>
  </w:num>
  <w:num w:numId="6" w16cid:durableId="935334357">
    <w:abstractNumId w:val="3"/>
  </w:num>
  <w:num w:numId="7" w16cid:durableId="1278831385">
    <w:abstractNumId w:val="2"/>
  </w:num>
  <w:num w:numId="8" w16cid:durableId="591426845">
    <w:abstractNumId w:val="1"/>
  </w:num>
  <w:num w:numId="9" w16cid:durableId="105141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164C4"/>
    <w:rsid w:val="0029639D"/>
    <w:rsid w:val="00326F90"/>
    <w:rsid w:val="00AA1D8D"/>
    <w:rsid w:val="00B35E19"/>
    <w:rsid w:val="00B47730"/>
    <w:rsid w:val="00CB0664"/>
    <w:rsid w:val="00F77C8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AF6452"/>
  <w14:defaultImageDpi w14:val="300"/>
  <w15:docId w15:val="{C5E666FB-48BA-428A-987D-FAA9912C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83" w:lineRule="auto"/>
    </w:pPr>
    <w:rPr>
      <w:rFonts w:ascii="Calibri" w:hAnsi="Calibri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280" w:after="160"/>
      <w:outlineLvl w:val="0"/>
    </w:pPr>
    <w:rPr>
      <w:rFonts w:asciiTheme="majorHAnsi" w:eastAsiaTheme="majorEastAsia" w:hAnsiTheme="majorHAnsi" w:cstheme="majorBidi"/>
      <w:b/>
      <w:bCs/>
      <w:color w:val="1F4D78"/>
      <w:sz w:val="30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F4D78"/>
      <w:sz w:val="25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D78"/>
      <w:sz w:val="23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D78"/>
      <w:spacing w:val="5"/>
      <w:kern w:val="28"/>
      <w:sz w:val="44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1978</Characters>
  <Application>Microsoft Office Word</Application>
  <DocSecurity>0</DocSecurity>
  <Lines>73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Giancarlo Coppola</cp:lastModifiedBy>
  <cp:revision>2</cp:revision>
  <dcterms:created xsi:type="dcterms:W3CDTF">2013-12-23T23:15:00Z</dcterms:created>
  <dcterms:modified xsi:type="dcterms:W3CDTF">2026-05-29T14:30:00Z</dcterms:modified>
  <cp:category/>
</cp:coreProperties>
</file>