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6C1E6" w14:textId="77777777" w:rsidR="00BA50BD" w:rsidRPr="009D1F5B" w:rsidRDefault="00000000">
      <w:pPr>
        <w:pStyle w:val="Titolo"/>
        <w:jc w:val="center"/>
        <w:rPr>
          <w:lang w:val="it-IT"/>
        </w:rPr>
      </w:pPr>
      <w:r w:rsidRPr="009D1F5B">
        <w:rPr>
          <w:lang w:val="it-IT"/>
        </w:rPr>
        <w:t>Checklist Acquisizione Cliente</w:t>
      </w:r>
    </w:p>
    <w:p w14:paraId="1CC94735" w14:textId="77777777" w:rsidR="00BA50BD" w:rsidRPr="009D1F5B" w:rsidRDefault="00000000">
      <w:pPr>
        <w:jc w:val="center"/>
        <w:rPr>
          <w:lang w:val="it-IT"/>
        </w:rPr>
      </w:pPr>
      <w:r w:rsidRPr="009D1F5B">
        <w:rPr>
          <w:i/>
          <w:color w:val="555555"/>
          <w:sz w:val="20"/>
          <w:lang w:val="it-IT"/>
        </w:rPr>
        <w:t>Dal contatto iniziale alla firma del mandato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19"/>
        <w:gridCol w:w="3105"/>
        <w:gridCol w:w="1860"/>
        <w:gridCol w:w="3105"/>
      </w:tblGrid>
      <w:tr w:rsidR="00BA50BD" w:rsidRPr="009D1F5B" w14:paraId="32FD765C" w14:textId="77777777">
        <w:tc>
          <w:tcPr>
            <w:tcW w:w="9749" w:type="dxa"/>
            <w:gridSpan w:val="4"/>
            <w:shd w:val="clear" w:color="auto" w:fill="F2F4F7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D8DFF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b/>
                <w:color w:val="1F4D78"/>
                <w:lang w:val="it-IT"/>
              </w:rPr>
              <w:t xml:space="preserve">Istruzioni d'uso. </w:t>
            </w:r>
            <w:r w:rsidRPr="009D1F5B">
              <w:rPr>
                <w:lang w:val="it-IT"/>
              </w:rPr>
              <w:t>Usare questa checklist per rendere standard il processo core di acquisizione cliente. Ogni step deve chiarire input, responsabile, documenti richiesti, output e decisione finale.</w:t>
            </w:r>
          </w:p>
        </w:tc>
      </w:tr>
      <w:tr w:rsidR="00BA50BD" w14:paraId="7342CEA5" w14:textId="77777777"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B271AD" w14:textId="77777777" w:rsidR="00BA50BD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BFD3EA" w14:textId="77777777" w:rsidR="00BA50BD" w:rsidRDefault="00000000">
            <w:r>
              <w:rPr>
                <w:b/>
                <w:color w:val="1F4D78"/>
              </w:rPr>
              <w:t>Valore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317839" w14:textId="77777777" w:rsidR="00BA50BD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DDEFBD" w14:textId="77777777" w:rsidR="00BA50BD" w:rsidRDefault="00000000">
            <w:r>
              <w:rPr>
                <w:b/>
                <w:color w:val="1F4D78"/>
              </w:rPr>
              <w:t>Valore</w:t>
            </w:r>
          </w:p>
        </w:tc>
      </w:tr>
      <w:tr w:rsidR="00BA50BD" w14:paraId="112AB7EA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FE777E" w14:textId="77777777" w:rsidR="00BA50BD" w:rsidRDefault="00000000">
            <w:r>
              <w:t>Prospect / Cliente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3AF7D1" w14:textId="77777777" w:rsidR="00BA50BD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41B4A4" w14:textId="77777777" w:rsidR="00BA50BD" w:rsidRDefault="00000000">
            <w:r>
              <w:t>Fonte contatto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BBB565" w14:textId="77777777" w:rsidR="00BA50BD" w:rsidRDefault="00000000">
            <w:r>
              <w:t>________________________</w:t>
            </w:r>
          </w:p>
        </w:tc>
      </w:tr>
      <w:tr w:rsidR="00BA50BD" w14:paraId="4997B1ED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DE45C7" w14:textId="77777777" w:rsidR="00BA50BD" w:rsidRDefault="00000000">
            <w:r>
              <w:t>Responsabile acquisizione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27BEDC" w14:textId="77777777" w:rsidR="00BA50BD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D1B00D" w14:textId="77777777" w:rsidR="00BA50BD" w:rsidRDefault="00000000">
            <w:r>
              <w:t>Data primo contatto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5BAA0F" w14:textId="77777777" w:rsidR="00BA50BD" w:rsidRDefault="00000000">
            <w:r>
              <w:t>__________</w:t>
            </w:r>
          </w:p>
        </w:tc>
      </w:tr>
      <w:tr w:rsidR="00BA50BD" w14:paraId="3DC817A8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91BEF1" w14:textId="77777777" w:rsidR="00BA50BD" w:rsidRDefault="00000000">
            <w:r>
              <w:t>Esito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570855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 xml:space="preserve">☐ </w:t>
            </w:r>
            <w:proofErr w:type="gramStart"/>
            <w:r w:rsidRPr="009D1F5B">
              <w:rPr>
                <w:lang w:val="it-IT"/>
              </w:rPr>
              <w:t>Acquisito  ☐</w:t>
            </w:r>
            <w:proofErr w:type="gramEnd"/>
            <w:r w:rsidRPr="009D1F5B">
              <w:rPr>
                <w:lang w:val="it-IT"/>
              </w:rPr>
              <w:t xml:space="preserve"> Non </w:t>
            </w:r>
            <w:proofErr w:type="gramStart"/>
            <w:r w:rsidRPr="009D1F5B">
              <w:rPr>
                <w:lang w:val="it-IT"/>
              </w:rPr>
              <w:t>acquisito  ☐</w:t>
            </w:r>
            <w:proofErr w:type="gramEnd"/>
            <w:r w:rsidRPr="009D1F5B">
              <w:rPr>
                <w:lang w:val="it-IT"/>
              </w:rPr>
              <w:t xml:space="preserve"> In valutazione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E7641F" w14:textId="77777777" w:rsidR="00BA50BD" w:rsidRDefault="00000000">
            <w:proofErr w:type="spellStart"/>
            <w:r>
              <w:t>Cartella</w:t>
            </w:r>
            <w:proofErr w:type="spellEnd"/>
            <w:r>
              <w:t xml:space="preserve"> </w:t>
            </w:r>
            <w:proofErr w:type="spellStart"/>
            <w:r>
              <w:t>cliente</w:t>
            </w:r>
            <w:proofErr w:type="spellEnd"/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F8B86E" w14:textId="77777777" w:rsidR="00BA50BD" w:rsidRDefault="00000000">
            <w:r>
              <w:t>________________________</w:t>
            </w:r>
          </w:p>
        </w:tc>
      </w:tr>
    </w:tbl>
    <w:p w14:paraId="4040625E" w14:textId="77777777" w:rsidR="00BA50BD" w:rsidRDefault="00000000">
      <w:pPr>
        <w:pStyle w:val="Titolo2"/>
      </w:pPr>
      <w:r>
        <w:t>Fase 1 - Primo contatto e qualificazione</w:t>
      </w:r>
    </w:p>
    <w:p w14:paraId="010A84D2" w14:textId="77777777" w:rsidR="00BA50BD" w:rsidRPr="009D1F5B" w:rsidRDefault="00000000">
      <w:pPr>
        <w:rPr>
          <w:lang w:val="it-IT"/>
        </w:rPr>
      </w:pPr>
      <w:r w:rsidRPr="009D1F5B">
        <w:rPr>
          <w:b/>
          <w:color w:val="1F4D78"/>
          <w:lang w:val="it-IT"/>
        </w:rPr>
        <w:t>Responsabile: Titolare / referente commerciale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90"/>
        <w:gridCol w:w="1554"/>
        <w:gridCol w:w="1942"/>
      </w:tblGrid>
      <w:tr w:rsidR="00BA50BD" w14:paraId="3411F5DD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962982" w14:textId="77777777" w:rsidR="00BA50BD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C32311" w14:textId="77777777" w:rsidR="00BA50BD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25030D" w14:textId="77777777" w:rsidR="00BA50BD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F2F0EF" w14:textId="77777777" w:rsidR="00BA50BD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BA50BD" w14:paraId="21051B6D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11EE7C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F6E4A9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 xml:space="preserve">Registrare dati del </w:t>
            </w:r>
            <w:proofErr w:type="spellStart"/>
            <w:r w:rsidRPr="009D1F5B">
              <w:rPr>
                <w:lang w:val="it-IT"/>
              </w:rPr>
              <w:t>prospect</w:t>
            </w:r>
            <w:proofErr w:type="spellEnd"/>
            <w:r w:rsidRPr="009D1F5B">
              <w:rPr>
                <w:lang w:val="it-IT"/>
              </w:rPr>
              <w:t xml:space="preserve"> e canale di provenienza.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AF0A87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39C6E" w14:textId="77777777" w:rsidR="00BA50BD" w:rsidRDefault="00000000">
            <w:r>
              <w:t>__________</w:t>
            </w:r>
          </w:p>
        </w:tc>
      </w:tr>
      <w:tr w:rsidR="00BA50BD" w14:paraId="1B448DCC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F9FAEA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1BC671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Comprendere esigenza principale e servizi richiesti.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9891F3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23FA42" w14:textId="77777777" w:rsidR="00BA50BD" w:rsidRDefault="00000000">
            <w:r>
              <w:t>__________</w:t>
            </w:r>
          </w:p>
        </w:tc>
      </w:tr>
      <w:tr w:rsidR="00BA50BD" w14:paraId="23B78705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007A17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5899ED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Verificare urgenze, scadenze e documentazione disponibile.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15DD35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D4185D" w14:textId="77777777" w:rsidR="00BA50BD" w:rsidRDefault="00000000">
            <w:r>
              <w:t>__________</w:t>
            </w:r>
          </w:p>
        </w:tc>
      </w:tr>
    </w:tbl>
    <w:p w14:paraId="52C39F7C" w14:textId="77777777" w:rsidR="00BA50BD" w:rsidRDefault="00000000">
      <w:pPr>
        <w:pStyle w:val="Titolo2"/>
      </w:pPr>
      <w:r>
        <w:t>Fase 2 - Valutazione cliente</w:t>
      </w:r>
    </w:p>
    <w:p w14:paraId="35CA3BA1" w14:textId="77777777" w:rsidR="00BA50BD" w:rsidRPr="009D1F5B" w:rsidRDefault="00000000">
      <w:pPr>
        <w:rPr>
          <w:lang w:val="it-IT"/>
        </w:rPr>
      </w:pPr>
      <w:r w:rsidRPr="009D1F5B">
        <w:rPr>
          <w:b/>
          <w:color w:val="1F4D78"/>
          <w:lang w:val="it-IT"/>
        </w:rPr>
        <w:t>Responsabile: Professionista incaricato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89"/>
        <w:gridCol w:w="1554"/>
        <w:gridCol w:w="1943"/>
      </w:tblGrid>
      <w:tr w:rsidR="00BA50BD" w14:paraId="756C91BC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5E5253" w14:textId="77777777" w:rsidR="00BA50BD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8914E3" w14:textId="77777777" w:rsidR="00BA50BD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F34765" w14:textId="77777777" w:rsidR="00BA50BD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06BC24" w14:textId="77777777" w:rsidR="00BA50BD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BA50BD" w14:paraId="1F3D3D41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1FBF46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F9C283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Valutare valore economico atteso e impegno operativo richiesto.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A7EC84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293E06" w14:textId="77777777" w:rsidR="00BA50BD" w:rsidRDefault="00000000">
            <w:r>
              <w:t>__________</w:t>
            </w:r>
          </w:p>
        </w:tc>
      </w:tr>
      <w:tr w:rsidR="00BA50BD" w14:paraId="0E2ADF95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63AE9F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2ED298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Stimare complessità, rischi e livello di collaborazione atteso.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51D9F9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240D9B" w14:textId="77777777" w:rsidR="00BA50BD" w:rsidRDefault="00000000">
            <w:r>
              <w:t>__________</w:t>
            </w:r>
          </w:p>
        </w:tc>
      </w:tr>
      <w:tr w:rsidR="00BA50BD" w14:paraId="185CEB8A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D01CBD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EB4EAF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Classificare il cliente nella matrice valore/impegno se già sono disponibili dati sufficienti.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36691E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6B59B3" w14:textId="77777777" w:rsidR="00BA50BD" w:rsidRDefault="00000000">
            <w:r>
              <w:t>__________</w:t>
            </w:r>
          </w:p>
        </w:tc>
      </w:tr>
    </w:tbl>
    <w:p w14:paraId="77A6B74B" w14:textId="77777777" w:rsidR="009D1F5B" w:rsidRDefault="009D1F5B">
      <w:pPr>
        <w:pStyle w:val="Titolo2"/>
      </w:pPr>
    </w:p>
    <w:p w14:paraId="19B07FE9" w14:textId="77777777" w:rsidR="009D1F5B" w:rsidRDefault="009D1F5B">
      <w:pPr>
        <w:pStyle w:val="Titolo2"/>
      </w:pPr>
    </w:p>
    <w:p w14:paraId="47A42E5F" w14:textId="77777777" w:rsidR="009D1F5B" w:rsidRDefault="009D1F5B">
      <w:pPr>
        <w:pStyle w:val="Titolo2"/>
      </w:pPr>
    </w:p>
    <w:p w14:paraId="3FC4D9DC" w14:textId="2327C458" w:rsidR="00BA50BD" w:rsidRDefault="00000000">
      <w:pPr>
        <w:pStyle w:val="Titolo2"/>
      </w:pPr>
      <w:r>
        <w:t xml:space="preserve">Fase 3 - </w:t>
      </w:r>
      <w:proofErr w:type="spellStart"/>
      <w:r>
        <w:t>Preventivo</w:t>
      </w:r>
      <w:proofErr w:type="spellEnd"/>
      <w:r>
        <w:t xml:space="preserve"> e mandato</w:t>
      </w:r>
    </w:p>
    <w:p w14:paraId="7DE6A6C2" w14:textId="77777777" w:rsidR="00BA50BD" w:rsidRDefault="00000000">
      <w:r>
        <w:rPr>
          <w:b/>
          <w:color w:val="1F4D78"/>
        </w:rPr>
        <w:t>Responsabile: Titolare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4"/>
        <w:gridCol w:w="5986"/>
        <w:gridCol w:w="1555"/>
        <w:gridCol w:w="1944"/>
      </w:tblGrid>
      <w:tr w:rsidR="00BA50BD" w14:paraId="307E2BF0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985884" w14:textId="77777777" w:rsidR="00BA50BD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887321" w14:textId="77777777" w:rsidR="00BA50BD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B59527" w14:textId="77777777" w:rsidR="00BA50BD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27BCAE" w14:textId="77777777" w:rsidR="00BA50BD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BA50BD" w14:paraId="66976931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687006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9E8E38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Predisporre preventivo coerente con servizi richiesti e impegno stimato.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2AD85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87A37A" w14:textId="77777777" w:rsidR="00BA50BD" w:rsidRDefault="00000000">
            <w:r>
              <w:t>__________</w:t>
            </w:r>
          </w:p>
        </w:tc>
      </w:tr>
      <w:tr w:rsidR="00BA50BD" w14:paraId="054D89F2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AB6FE4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F057AB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Definire con chiarezza attività incluse, attività escluse e condizioni economiche.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600CCB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D7A122" w14:textId="77777777" w:rsidR="00BA50BD" w:rsidRDefault="00000000">
            <w:r>
              <w:t>__________</w:t>
            </w:r>
          </w:p>
        </w:tc>
      </w:tr>
      <w:tr w:rsidR="00BA50BD" w14:paraId="1E9D2EF8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B1AE4F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78B250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Raccogliere firma del mandato professionale.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5D87F1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35236E" w14:textId="77777777" w:rsidR="00BA50BD" w:rsidRDefault="00000000">
            <w:r>
              <w:t>__________</w:t>
            </w:r>
          </w:p>
        </w:tc>
      </w:tr>
    </w:tbl>
    <w:p w14:paraId="0F1FAB40" w14:textId="77777777" w:rsidR="00BA50BD" w:rsidRDefault="00000000">
      <w:pPr>
        <w:pStyle w:val="Titolo2"/>
      </w:pPr>
      <w:r>
        <w:t>Fase 4 - Onboarding operativo</w:t>
      </w:r>
    </w:p>
    <w:p w14:paraId="4CF970D8" w14:textId="77777777" w:rsidR="00BA50BD" w:rsidRPr="009D1F5B" w:rsidRDefault="00000000">
      <w:pPr>
        <w:rPr>
          <w:lang w:val="it-IT"/>
        </w:rPr>
      </w:pPr>
      <w:r w:rsidRPr="009D1F5B">
        <w:rPr>
          <w:b/>
          <w:color w:val="1F4D78"/>
          <w:lang w:val="it-IT"/>
        </w:rPr>
        <w:t>Responsabile: Segreteria / addetto operativo | Tempo standard: ____ 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4"/>
        <w:gridCol w:w="5988"/>
        <w:gridCol w:w="1554"/>
        <w:gridCol w:w="1943"/>
      </w:tblGrid>
      <w:tr w:rsidR="00BA50BD" w14:paraId="3E464250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6AE9F5" w14:textId="77777777" w:rsidR="00BA50BD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9E2D86" w14:textId="77777777" w:rsidR="00BA50BD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455F7F" w14:textId="77777777" w:rsidR="00BA50BD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6D619B" w14:textId="77777777" w:rsidR="00BA50BD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BA50BD" w14:paraId="76C93DB5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6ACA16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D76B5C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Creare cartella cliente secondo convenzioni di denominazione dello studio.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3E7932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BC45A8" w14:textId="77777777" w:rsidR="00BA50BD" w:rsidRDefault="00000000">
            <w:r>
              <w:t>__________</w:t>
            </w:r>
          </w:p>
        </w:tc>
      </w:tr>
      <w:tr w:rsidR="00BA50BD" w14:paraId="30A71E6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513660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9FD0D3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Aprire anagrafica nel gestionale e assegnare responsabile.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1B0139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0AC7FD" w14:textId="77777777" w:rsidR="00BA50BD" w:rsidRDefault="00000000">
            <w:r>
              <w:t>__________</w:t>
            </w:r>
          </w:p>
        </w:tc>
      </w:tr>
      <w:tr w:rsidR="00BA50BD" w14:paraId="78D63C33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467265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9F54C6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Inserire scadenze rilevanti nello scadenziario operativo.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83FFBB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F66D92" w14:textId="77777777" w:rsidR="00BA50BD" w:rsidRDefault="00000000">
            <w:r>
              <w:t>__________</w:t>
            </w:r>
          </w:p>
        </w:tc>
      </w:tr>
      <w:tr w:rsidR="00BA50BD" w14:paraId="6DACE246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D05947" w14:textId="77777777" w:rsidR="00BA50BD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FDD03C" w14:textId="77777777" w:rsidR="00BA50BD" w:rsidRPr="009D1F5B" w:rsidRDefault="00000000">
            <w:pPr>
              <w:rPr>
                <w:lang w:val="it-IT"/>
              </w:rPr>
            </w:pPr>
            <w:r w:rsidRPr="009D1F5B">
              <w:rPr>
                <w:lang w:val="it-IT"/>
              </w:rPr>
              <w:t>Inviare al cliente istruzioni operative e richiesta documenti iniziali.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2A66AA" w14:textId="77777777" w:rsidR="00BA50BD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B14B92" w14:textId="77777777" w:rsidR="00BA50BD" w:rsidRDefault="00000000">
            <w:r>
              <w:t>__________</w:t>
            </w:r>
          </w:p>
        </w:tc>
      </w:tr>
    </w:tbl>
    <w:p w14:paraId="1C718726" w14:textId="77777777" w:rsidR="00BA50BD" w:rsidRDefault="00000000">
      <w:pPr>
        <w:pStyle w:val="Titolo1"/>
      </w:pPr>
      <w:r>
        <w:t>Output finale</w:t>
      </w:r>
    </w:p>
    <w:p w14:paraId="4A5A900D" w14:textId="77777777" w:rsidR="00BA50BD" w:rsidRPr="009D1F5B" w:rsidRDefault="00000000">
      <w:pPr>
        <w:rPr>
          <w:lang w:val="it-IT"/>
        </w:rPr>
      </w:pPr>
      <w:r w:rsidRPr="009D1F5B">
        <w:rPr>
          <w:lang w:val="it-IT"/>
        </w:rPr>
        <w:t>Mandato firmato, anagrafica aperta, cartella cliente creata, scadenze inserite e primo flusso documentale avviato.</w:t>
      </w:r>
    </w:p>
    <w:sectPr w:rsidR="00BA50BD" w:rsidRPr="009D1F5B" w:rsidSect="00034616">
      <w:pgSz w:w="11909" w:h="16834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0026622">
    <w:abstractNumId w:val="8"/>
  </w:num>
  <w:num w:numId="2" w16cid:durableId="1028484096">
    <w:abstractNumId w:val="6"/>
  </w:num>
  <w:num w:numId="3" w16cid:durableId="414324336">
    <w:abstractNumId w:val="5"/>
  </w:num>
  <w:num w:numId="4" w16cid:durableId="1855000460">
    <w:abstractNumId w:val="4"/>
  </w:num>
  <w:num w:numId="5" w16cid:durableId="1714690197">
    <w:abstractNumId w:val="7"/>
  </w:num>
  <w:num w:numId="6" w16cid:durableId="199898785">
    <w:abstractNumId w:val="3"/>
  </w:num>
  <w:num w:numId="7" w16cid:durableId="1465468984">
    <w:abstractNumId w:val="2"/>
  </w:num>
  <w:num w:numId="8" w16cid:durableId="1834683778">
    <w:abstractNumId w:val="1"/>
  </w:num>
  <w:num w:numId="9" w16cid:durableId="1500533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D1F5B"/>
    <w:rsid w:val="00AA1D8D"/>
    <w:rsid w:val="00B35E19"/>
    <w:rsid w:val="00B47730"/>
    <w:rsid w:val="00BA50B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BBA5F0"/>
  <w14:defaultImageDpi w14:val="300"/>
  <w15:docId w15:val="{C5E666FB-48BA-428A-987D-FAA9912C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83" w:lineRule="auto"/>
    </w:pPr>
    <w:rPr>
      <w:rFonts w:ascii="Calibri" w:hAnsi="Calibri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color w:val="1F4D78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D78"/>
      <w:sz w:val="25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3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D78"/>
      <w:spacing w:val="5"/>
      <w:kern w:val="28"/>
      <w:sz w:val="4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2142</Characters>
  <Application>Microsoft Office Word</Application>
  <DocSecurity>0</DocSecurity>
  <Lines>79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Giancarlo Coppola</cp:lastModifiedBy>
  <cp:revision>2</cp:revision>
  <dcterms:created xsi:type="dcterms:W3CDTF">2013-12-23T23:15:00Z</dcterms:created>
  <dcterms:modified xsi:type="dcterms:W3CDTF">2026-05-29T14:30:00Z</dcterms:modified>
  <cp:category/>
</cp:coreProperties>
</file>